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2EE9E" w14:textId="77777777" w:rsidR="00D8540D" w:rsidRDefault="009A476C">
      <w:pPr>
        <w:spacing w:after="60"/>
        <w:jc w:val="center"/>
      </w:pPr>
      <w:r>
        <w:rPr>
          <w:b/>
          <w:sz w:val="30"/>
        </w:rPr>
        <w:t>職務経歴書</w:t>
      </w:r>
    </w:p>
    <w:p w14:paraId="3BEB0B60" w14:textId="2A8CD1BE" w:rsidR="00CB2FCC" w:rsidRDefault="00065150">
      <w:pPr>
        <w:jc w:val="right"/>
        <w:rPr>
          <w:lang w:eastAsia="ja-JP"/>
        </w:rPr>
      </w:pPr>
      <w:r w:rsidRPr="004B34CF">
        <w:rPr>
          <w:rFonts w:hint="eastAsia"/>
          <w:lang w:eastAsia="ja-JP"/>
        </w:rPr>
        <w:t>記入</w:t>
      </w:r>
      <w:r w:rsidR="009A476C">
        <w:t>日：　　　年　　月　　日</w:t>
      </w:r>
    </w:p>
    <w:p w14:paraId="458C0A26" w14:textId="62C508AF" w:rsidR="005126DE" w:rsidRDefault="009A476C">
      <w:pPr>
        <w:jc w:val="right"/>
        <w:rPr>
          <w:lang w:eastAsia="ja-JP"/>
        </w:rPr>
      </w:pPr>
      <w:r>
        <w:t xml:space="preserve">　　</w:t>
      </w:r>
    </w:p>
    <w:p w14:paraId="20D92746" w14:textId="214120AD" w:rsidR="00D8540D" w:rsidRDefault="005126DE" w:rsidP="005126DE">
      <w:pPr>
        <w:ind w:right="1440"/>
        <w:jc w:val="center"/>
      </w:pPr>
      <w:r>
        <w:rPr>
          <w:rFonts w:hint="eastAsia"/>
          <w:lang w:eastAsia="ja-JP"/>
        </w:rPr>
        <w:t xml:space="preserve">　　　　　　　　　　　　　　　　　　　　　　　　　　　　　　　　　　　　　　　　</w:t>
      </w:r>
      <w:r>
        <w:rPr>
          <w:rFonts w:hint="eastAsia"/>
          <w:lang w:eastAsia="ja-JP"/>
        </w:rPr>
        <w:t xml:space="preserve"> </w:t>
      </w:r>
      <w:r w:rsidR="009A476C">
        <w:t>氏</w:t>
      </w:r>
      <w:r>
        <w:rPr>
          <w:rFonts w:hint="eastAsia"/>
          <w:lang w:eastAsia="ja-JP"/>
        </w:rPr>
        <w:t xml:space="preserve">　</w:t>
      </w:r>
      <w:r w:rsidR="009A476C">
        <w:t xml:space="preserve">名：　　　　　　　　　　　　　　　　</w:t>
      </w:r>
    </w:p>
    <w:p w14:paraId="45C47648" w14:textId="77777777" w:rsidR="00D8540D" w:rsidRDefault="009A476C">
      <w:pPr>
        <w:spacing w:before="100" w:after="40"/>
        <w:rPr>
          <w:lang w:eastAsia="ja-JP"/>
        </w:rPr>
      </w:pPr>
      <w:r>
        <w:rPr>
          <w:b/>
          <w:sz w:val="23"/>
          <w:lang w:eastAsia="ja-JP"/>
        </w:rPr>
        <w:t>1</w:t>
      </w:r>
      <w:r>
        <w:rPr>
          <w:b/>
          <w:sz w:val="23"/>
          <w:lang w:eastAsia="ja-JP"/>
        </w:rPr>
        <w:t>．職務経歴</w:t>
      </w:r>
    </w:p>
    <w:p w14:paraId="124E5950" w14:textId="77777777" w:rsidR="00CB2FCC" w:rsidRDefault="009A476C">
      <w:pPr>
        <w:spacing w:after="60"/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 xml:space="preserve">これまでの勤務経験がある場合は、勤務先ごとに記載してください。　</w:t>
      </w:r>
    </w:p>
    <w:p w14:paraId="1CFA776F" w14:textId="5AEEB2CD" w:rsidR="00D8540D" w:rsidRDefault="009A476C">
      <w:pPr>
        <w:spacing w:after="60"/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職務経験がない場合は「職務経験なし」と記載してください。</w:t>
      </w:r>
    </w:p>
    <w:p w14:paraId="4FC4978B" w14:textId="77777777" w:rsidR="00D8540D" w:rsidRDefault="009A476C">
      <w:pPr>
        <w:spacing w:before="60" w:after="40"/>
      </w:pPr>
      <w:r>
        <w:rPr>
          <w:b/>
          <w:sz w:val="20"/>
        </w:rPr>
        <w:t>【職務経歴</w:t>
      </w:r>
      <w:r>
        <w:rPr>
          <w:b/>
          <w:sz w:val="20"/>
        </w:rPr>
        <w:t>①</w:t>
      </w:r>
      <w:r>
        <w:rPr>
          <w:b/>
          <w:sz w:val="20"/>
        </w:rPr>
        <w:t>】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8156"/>
      </w:tblGrid>
      <w:tr w:rsidR="00D8540D" w14:paraId="13EF69DB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F68E81" w14:textId="77777777" w:rsidR="00D8540D" w:rsidRDefault="009A476C">
            <w:r>
              <w:rPr>
                <w:b/>
              </w:rPr>
              <w:t>勤務先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C5D0FD" w14:textId="77777777" w:rsidR="00D8540D" w:rsidRDefault="00D8540D"/>
        </w:tc>
      </w:tr>
      <w:tr w:rsidR="00D8540D" w14:paraId="07784A2C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BCB845" w14:textId="77777777" w:rsidR="00D8540D" w:rsidRDefault="009A476C">
            <w:r>
              <w:rPr>
                <w:b/>
              </w:rPr>
              <w:t>在籍期間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F6145E" w14:textId="77777777" w:rsidR="00D8540D" w:rsidRDefault="009A476C">
            <w:r>
              <w:t xml:space="preserve">　　　　年　　月　～</w:t>
            </w:r>
            <w:r>
              <w:t xml:space="preserve"> </w:t>
            </w:r>
            <w:r>
              <w:t xml:space="preserve">　　　　年　　月</w:t>
            </w:r>
          </w:p>
        </w:tc>
      </w:tr>
      <w:tr w:rsidR="00D8540D" w14:paraId="582E0D73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C21C61" w14:textId="77777777" w:rsidR="00D8540D" w:rsidRDefault="009A476C">
            <w:r>
              <w:rPr>
                <w:b/>
              </w:rPr>
              <w:t>雇用形態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C77707" w14:textId="77777777" w:rsidR="00D8540D" w:rsidRDefault="00D8540D"/>
        </w:tc>
      </w:tr>
      <w:tr w:rsidR="00D8540D" w14:paraId="47A31CA7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C6E0AC" w14:textId="77777777" w:rsidR="00D8540D" w:rsidRDefault="009A476C">
            <w:r>
              <w:rPr>
                <w:b/>
              </w:rPr>
              <w:t>所属部署・役職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A615E7" w14:textId="77777777" w:rsidR="00D8540D" w:rsidRDefault="00D8540D"/>
        </w:tc>
      </w:tr>
    </w:tbl>
    <w:p w14:paraId="578F156C" w14:textId="77777777" w:rsidR="00D8540D" w:rsidRDefault="009A476C">
      <w:pPr>
        <w:spacing w:before="60" w:after="20"/>
      </w:pPr>
      <w:r>
        <w:rPr>
          <w:b/>
        </w:rPr>
        <w:t>担当業務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531A91EF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2735B983" w14:textId="77777777" w:rsidR="00D8540D" w:rsidRDefault="00D8540D"/>
        </w:tc>
      </w:tr>
      <w:tr w:rsidR="00D8540D" w14:paraId="4029EFBE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3D5D5245" w14:textId="77777777" w:rsidR="00D8540D" w:rsidRDefault="00D8540D"/>
        </w:tc>
      </w:tr>
      <w:tr w:rsidR="00D8540D" w14:paraId="41243352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23DF1B3A" w14:textId="77777777" w:rsidR="00D8540D" w:rsidRDefault="00D8540D"/>
        </w:tc>
      </w:tr>
    </w:tbl>
    <w:p w14:paraId="24D1B3EC" w14:textId="77777777" w:rsidR="00D8540D" w:rsidRDefault="009A476C">
      <w:pPr>
        <w:spacing w:before="60" w:after="20"/>
      </w:pPr>
      <w:r>
        <w:rPr>
          <w:b/>
        </w:rPr>
        <w:t>実績・成果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66A6ACB9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1BF02420" w14:textId="77777777" w:rsidR="00D8540D" w:rsidRDefault="00D8540D"/>
        </w:tc>
      </w:tr>
      <w:tr w:rsidR="00D8540D" w14:paraId="7DAFB4E4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233D31E4" w14:textId="77777777" w:rsidR="00D8540D" w:rsidRDefault="00D8540D"/>
        </w:tc>
      </w:tr>
      <w:tr w:rsidR="00D8540D" w14:paraId="2EA19546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8BB9074" w14:textId="77777777" w:rsidR="00D8540D" w:rsidRDefault="00D8540D"/>
        </w:tc>
      </w:tr>
    </w:tbl>
    <w:p w14:paraId="07E85DD3" w14:textId="77777777" w:rsidR="00D8540D" w:rsidRDefault="009A476C">
      <w:pPr>
        <w:spacing w:before="60" w:after="20"/>
        <w:rPr>
          <w:lang w:eastAsia="ja-JP"/>
        </w:rPr>
      </w:pPr>
      <w:r>
        <w:rPr>
          <w:b/>
          <w:lang w:eastAsia="ja-JP"/>
        </w:rPr>
        <w:t>身につけた知識・スキル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3188E8A6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78640E63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1CD948C7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6C51E55E" w14:textId="77777777" w:rsidR="00D8540D" w:rsidRDefault="00D8540D">
            <w:pPr>
              <w:rPr>
                <w:lang w:eastAsia="ja-JP"/>
              </w:rPr>
            </w:pPr>
          </w:p>
        </w:tc>
      </w:tr>
    </w:tbl>
    <w:p w14:paraId="56C9B70F" w14:textId="77777777" w:rsidR="00D8540D" w:rsidRDefault="009A476C">
      <w:pPr>
        <w:spacing w:before="60" w:after="40"/>
      </w:pPr>
      <w:r>
        <w:rPr>
          <w:b/>
          <w:sz w:val="20"/>
        </w:rPr>
        <w:t>【職務経歴</w:t>
      </w:r>
      <w:r>
        <w:rPr>
          <w:b/>
          <w:sz w:val="20"/>
        </w:rPr>
        <w:t>②</w:t>
      </w:r>
      <w:r>
        <w:rPr>
          <w:b/>
          <w:sz w:val="20"/>
        </w:rPr>
        <w:t>】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8156"/>
      </w:tblGrid>
      <w:tr w:rsidR="00D8540D" w14:paraId="26356198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80A034" w14:textId="77777777" w:rsidR="00D8540D" w:rsidRDefault="009A476C">
            <w:r>
              <w:rPr>
                <w:b/>
              </w:rPr>
              <w:t>勤務先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8EB7FE" w14:textId="77777777" w:rsidR="00D8540D" w:rsidRDefault="00D8540D"/>
        </w:tc>
      </w:tr>
      <w:tr w:rsidR="00D8540D" w14:paraId="641B23A2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EDC148" w14:textId="77777777" w:rsidR="00D8540D" w:rsidRDefault="009A476C">
            <w:r>
              <w:rPr>
                <w:b/>
              </w:rPr>
              <w:t>在籍期間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1CE8C9" w14:textId="77777777" w:rsidR="00D8540D" w:rsidRDefault="009A476C">
            <w:r>
              <w:t xml:space="preserve">　　　　年　　月　～</w:t>
            </w:r>
            <w:r>
              <w:t xml:space="preserve"> </w:t>
            </w:r>
            <w:r>
              <w:t xml:space="preserve">　　　　年　　月</w:t>
            </w:r>
          </w:p>
        </w:tc>
      </w:tr>
      <w:tr w:rsidR="00D8540D" w14:paraId="547330D2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32FC09" w14:textId="77777777" w:rsidR="00D8540D" w:rsidRDefault="009A476C">
            <w:r>
              <w:rPr>
                <w:b/>
              </w:rPr>
              <w:t>雇用形態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FB9440" w14:textId="77777777" w:rsidR="00D8540D" w:rsidRDefault="00D8540D"/>
        </w:tc>
      </w:tr>
      <w:tr w:rsidR="00D8540D" w14:paraId="4CADCC80" w14:textId="77777777">
        <w:trPr>
          <w:trHeight w:val="272"/>
          <w:jc w:val="center"/>
        </w:trPr>
        <w:tc>
          <w:tcPr>
            <w:tcW w:w="2041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24BAC9" w14:textId="77777777" w:rsidR="00D8540D" w:rsidRDefault="009A476C">
            <w:r>
              <w:rPr>
                <w:b/>
              </w:rPr>
              <w:t>所属部署・役職</w:t>
            </w:r>
          </w:p>
        </w:tc>
        <w:tc>
          <w:tcPr>
            <w:tcW w:w="816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1E8A56" w14:textId="77777777" w:rsidR="00D8540D" w:rsidRDefault="00D8540D"/>
        </w:tc>
      </w:tr>
    </w:tbl>
    <w:p w14:paraId="428B1A60" w14:textId="77777777" w:rsidR="00D8540D" w:rsidRDefault="009A476C">
      <w:pPr>
        <w:spacing w:before="60" w:after="20"/>
      </w:pPr>
      <w:r>
        <w:rPr>
          <w:b/>
        </w:rPr>
        <w:t>担当業務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543C4CB9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6D7FA07A" w14:textId="77777777" w:rsidR="00D8540D" w:rsidRDefault="00D8540D"/>
        </w:tc>
      </w:tr>
      <w:tr w:rsidR="00D8540D" w14:paraId="5C5C16A6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28583E55" w14:textId="77777777" w:rsidR="00D8540D" w:rsidRDefault="00D8540D"/>
        </w:tc>
      </w:tr>
      <w:tr w:rsidR="00D8540D" w14:paraId="7C5B7032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3DDBAFD" w14:textId="77777777" w:rsidR="00D8540D" w:rsidRDefault="00D8540D"/>
        </w:tc>
      </w:tr>
    </w:tbl>
    <w:p w14:paraId="5AEC2AC5" w14:textId="77777777" w:rsidR="00D8540D" w:rsidRDefault="009A476C">
      <w:pPr>
        <w:spacing w:before="60" w:after="20"/>
      </w:pPr>
      <w:r>
        <w:rPr>
          <w:b/>
        </w:rPr>
        <w:t>実績・成果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58715FCC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3131A41B" w14:textId="77777777" w:rsidR="00D8540D" w:rsidRDefault="00D8540D"/>
        </w:tc>
      </w:tr>
      <w:tr w:rsidR="00D8540D" w14:paraId="71B1E9EE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1074F399" w14:textId="77777777" w:rsidR="00D8540D" w:rsidRDefault="00D8540D"/>
        </w:tc>
      </w:tr>
      <w:tr w:rsidR="00D8540D" w14:paraId="25E82AFF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16835E3" w14:textId="77777777" w:rsidR="00D8540D" w:rsidRDefault="00D8540D"/>
        </w:tc>
      </w:tr>
    </w:tbl>
    <w:p w14:paraId="56C630D5" w14:textId="77777777" w:rsidR="00D8540D" w:rsidRDefault="009A476C">
      <w:pPr>
        <w:spacing w:before="60" w:after="20"/>
        <w:rPr>
          <w:lang w:eastAsia="ja-JP"/>
        </w:rPr>
      </w:pPr>
      <w:r>
        <w:rPr>
          <w:b/>
          <w:lang w:eastAsia="ja-JP"/>
        </w:rPr>
        <w:t>身につけた知識・スキル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63F5A7C1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0C4C3E10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1F92FD9F" w14:textId="77777777">
        <w:trPr>
          <w:trHeight w:val="272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62317CF0" w14:textId="77777777" w:rsidR="00D8540D" w:rsidRDefault="00D8540D">
            <w:pPr>
              <w:rPr>
                <w:lang w:eastAsia="ja-JP"/>
              </w:rPr>
            </w:pPr>
          </w:p>
        </w:tc>
      </w:tr>
    </w:tbl>
    <w:p w14:paraId="65188EF5" w14:textId="77777777" w:rsidR="00D8540D" w:rsidRDefault="009A476C">
      <w:pPr>
        <w:spacing w:before="40"/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職歴が複数ある場合は、必要に応じて本ページを追加してください。</w:t>
      </w:r>
    </w:p>
    <w:p w14:paraId="7A3130CE" w14:textId="77777777" w:rsidR="00D8540D" w:rsidRDefault="009A476C">
      <w:pPr>
        <w:rPr>
          <w:lang w:eastAsia="ja-JP"/>
        </w:rPr>
      </w:pPr>
      <w:r>
        <w:rPr>
          <w:lang w:eastAsia="ja-JP"/>
        </w:rPr>
        <w:br w:type="page"/>
      </w:r>
    </w:p>
    <w:p w14:paraId="4C2A4CF1" w14:textId="77777777" w:rsidR="00D8540D" w:rsidRDefault="009A476C">
      <w:pPr>
        <w:spacing w:before="100" w:after="40"/>
        <w:rPr>
          <w:lang w:eastAsia="ja-JP"/>
        </w:rPr>
      </w:pPr>
      <w:r>
        <w:rPr>
          <w:b/>
          <w:sz w:val="23"/>
          <w:lang w:eastAsia="ja-JP"/>
        </w:rPr>
        <w:lastRenderedPageBreak/>
        <w:t>2</w:t>
      </w:r>
      <w:r>
        <w:rPr>
          <w:b/>
          <w:sz w:val="23"/>
          <w:lang w:eastAsia="ja-JP"/>
        </w:rPr>
        <w:t>．スキル・経験</w:t>
      </w:r>
    </w:p>
    <w:p w14:paraId="0DD68801" w14:textId="77777777" w:rsidR="00D8540D" w:rsidRDefault="009A476C">
      <w:pPr>
        <w:spacing w:before="60" w:after="40"/>
        <w:rPr>
          <w:lang w:eastAsia="ja-JP"/>
        </w:rPr>
      </w:pPr>
      <w:r>
        <w:rPr>
          <w:b/>
          <w:sz w:val="20"/>
          <w:lang w:eastAsia="ja-JP"/>
        </w:rPr>
        <w:t>PC</w:t>
      </w:r>
      <w:r>
        <w:rPr>
          <w:b/>
          <w:sz w:val="20"/>
          <w:lang w:eastAsia="ja-JP"/>
        </w:rPr>
        <w:t>・</w:t>
      </w:r>
      <w:r>
        <w:rPr>
          <w:b/>
          <w:sz w:val="20"/>
          <w:lang w:eastAsia="ja-JP"/>
        </w:rPr>
        <w:t>IT</w:t>
      </w:r>
      <w:r>
        <w:rPr>
          <w:b/>
          <w:sz w:val="20"/>
          <w:lang w:eastAsia="ja-JP"/>
        </w:rPr>
        <w:t>スキル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833"/>
        <w:gridCol w:w="7363"/>
      </w:tblGrid>
      <w:tr w:rsidR="00D8540D" w14:paraId="74A09DCE" w14:textId="77777777">
        <w:trPr>
          <w:trHeight w:val="311"/>
          <w:jc w:val="center"/>
        </w:trPr>
        <w:tc>
          <w:tcPr>
            <w:tcW w:w="2835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2C48A7" w14:textId="77777777" w:rsidR="00D8540D" w:rsidRDefault="009A476C">
            <w:r>
              <w:rPr>
                <w:b/>
              </w:rPr>
              <w:t>項目</w:t>
            </w:r>
          </w:p>
        </w:tc>
        <w:tc>
          <w:tcPr>
            <w:tcW w:w="7370" w:type="dxa"/>
            <w:shd w:val="clear" w:color="auto" w:fill="EDEDED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EC3B03" w14:textId="77777777" w:rsidR="00D8540D" w:rsidRDefault="009A476C">
            <w:pPr>
              <w:rPr>
                <w:lang w:eastAsia="ja-JP"/>
              </w:rPr>
            </w:pPr>
            <w:r>
              <w:rPr>
                <w:b/>
                <w:lang w:eastAsia="ja-JP"/>
              </w:rPr>
              <w:t>経験・スキルレベル等</w:t>
            </w:r>
          </w:p>
        </w:tc>
      </w:tr>
      <w:tr w:rsidR="00D8540D" w14:paraId="0F76E5BD" w14:textId="77777777">
        <w:trPr>
          <w:trHeight w:val="311"/>
          <w:jc w:val="center"/>
        </w:trPr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D2DF1F" w14:textId="77777777" w:rsidR="00D8540D" w:rsidRDefault="009A476C">
            <w:r>
              <w:t>Word</w:t>
            </w:r>
          </w:p>
        </w:tc>
        <w:tc>
          <w:tcPr>
            <w:tcW w:w="73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C688B2" w14:textId="77777777" w:rsidR="00D8540D" w:rsidRDefault="00D8540D"/>
        </w:tc>
      </w:tr>
      <w:tr w:rsidR="00D8540D" w14:paraId="2C470466" w14:textId="77777777">
        <w:trPr>
          <w:trHeight w:val="311"/>
          <w:jc w:val="center"/>
        </w:trPr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584BAA" w14:textId="77777777" w:rsidR="00D8540D" w:rsidRDefault="009A476C">
            <w:r>
              <w:t>Excel</w:t>
            </w:r>
          </w:p>
        </w:tc>
        <w:tc>
          <w:tcPr>
            <w:tcW w:w="73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5BA7F3" w14:textId="77777777" w:rsidR="00D8540D" w:rsidRDefault="00D8540D"/>
        </w:tc>
      </w:tr>
      <w:tr w:rsidR="00D8540D" w14:paraId="44C250C6" w14:textId="77777777">
        <w:trPr>
          <w:trHeight w:val="311"/>
          <w:jc w:val="center"/>
        </w:trPr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807ED8" w14:textId="77777777" w:rsidR="00D8540D" w:rsidRDefault="009A476C">
            <w:r>
              <w:t>PowerPoint</w:t>
            </w:r>
          </w:p>
        </w:tc>
        <w:tc>
          <w:tcPr>
            <w:tcW w:w="73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8EEA60" w14:textId="77777777" w:rsidR="00D8540D" w:rsidRDefault="00D8540D"/>
        </w:tc>
      </w:tr>
      <w:tr w:rsidR="00D8540D" w14:paraId="4EA3EE31" w14:textId="77777777">
        <w:trPr>
          <w:trHeight w:val="311"/>
          <w:jc w:val="center"/>
        </w:trPr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A184FB" w14:textId="77777777" w:rsidR="00D8540D" w:rsidRDefault="009A476C">
            <w:r>
              <w:t>その他</w:t>
            </w:r>
          </w:p>
        </w:tc>
        <w:tc>
          <w:tcPr>
            <w:tcW w:w="73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779535" w14:textId="77777777" w:rsidR="00D8540D" w:rsidRDefault="00D8540D"/>
        </w:tc>
      </w:tr>
    </w:tbl>
    <w:p w14:paraId="01F5A2C6" w14:textId="77777777" w:rsidR="00D8540D" w:rsidRDefault="009A476C">
      <w:pPr>
        <w:spacing w:before="60" w:after="20"/>
        <w:rPr>
          <w:lang w:eastAsia="ja-JP"/>
        </w:rPr>
      </w:pPr>
      <w:r>
        <w:rPr>
          <w:b/>
          <w:lang w:eastAsia="ja-JP"/>
        </w:rPr>
        <w:t>その他のスキル・専門知識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03F45DC1" w14:textId="77777777">
        <w:trPr>
          <w:trHeight w:val="311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477238A8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0B70F0E7" w14:textId="77777777">
        <w:trPr>
          <w:trHeight w:val="311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0BD5BA0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71790B78" w14:textId="77777777">
        <w:trPr>
          <w:trHeight w:val="311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06D6975A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360B7622" w14:textId="77777777">
        <w:trPr>
          <w:trHeight w:val="311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4BB9E823" w14:textId="77777777" w:rsidR="00D8540D" w:rsidRDefault="00D8540D">
            <w:pPr>
              <w:rPr>
                <w:lang w:eastAsia="ja-JP"/>
              </w:rPr>
            </w:pPr>
          </w:p>
        </w:tc>
      </w:tr>
    </w:tbl>
    <w:p w14:paraId="70BFD402" w14:textId="77777777" w:rsidR="00D8540D" w:rsidRDefault="009A476C">
      <w:pPr>
        <w:spacing w:before="100" w:after="40"/>
        <w:rPr>
          <w:lang w:eastAsia="ja-JP"/>
        </w:rPr>
      </w:pPr>
      <w:r>
        <w:rPr>
          <w:b/>
          <w:sz w:val="23"/>
          <w:lang w:eastAsia="ja-JP"/>
        </w:rPr>
        <w:t>3</w:t>
      </w:r>
      <w:r>
        <w:rPr>
          <w:b/>
          <w:sz w:val="23"/>
          <w:lang w:eastAsia="ja-JP"/>
        </w:rPr>
        <w:t>．その他の職務上の経験・実績</w:t>
      </w:r>
    </w:p>
    <w:p w14:paraId="0A3552E1" w14:textId="77777777" w:rsidR="00D8540D" w:rsidRDefault="009A476C">
      <w:pPr>
        <w:spacing w:after="40"/>
        <w:rPr>
          <w:lang w:eastAsia="ja-JP"/>
        </w:rPr>
      </w:pPr>
      <w:r>
        <w:rPr>
          <w:lang w:eastAsia="ja-JP"/>
        </w:rPr>
        <w:t>職務経歴欄に記載しきれない経験、担当したプロジェクト、業務上の実績等があれば記載してください。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D8540D" w14:paraId="712C6EC4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3AB948D9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7DCD52DF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0A24F69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67378073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48F12C26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724628EB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5747A307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7F0CABFA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089CB65C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2B6648AF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242E9DBE" w14:textId="77777777" w:rsidR="00D8540D" w:rsidRDefault="00D8540D">
            <w:pPr>
              <w:rPr>
                <w:lang w:eastAsia="ja-JP"/>
              </w:rPr>
            </w:pPr>
          </w:p>
        </w:tc>
      </w:tr>
      <w:tr w:rsidR="00D8540D" w14:paraId="0F7DF263" w14:textId="77777777">
        <w:trPr>
          <w:trHeight w:val="340"/>
          <w:jc w:val="center"/>
        </w:trPr>
        <w:tc>
          <w:tcPr>
            <w:tcW w:w="10205" w:type="dxa"/>
            <w:tcMar>
              <w:top w:w="25" w:type="dxa"/>
              <w:left w:w="60" w:type="dxa"/>
              <w:bottom w:w="25" w:type="dxa"/>
              <w:right w:w="60" w:type="dxa"/>
            </w:tcMar>
          </w:tcPr>
          <w:p w14:paraId="0DFF2011" w14:textId="77777777" w:rsidR="00D8540D" w:rsidRDefault="00D8540D">
            <w:pPr>
              <w:rPr>
                <w:lang w:eastAsia="ja-JP"/>
              </w:rPr>
            </w:pPr>
          </w:p>
        </w:tc>
      </w:tr>
    </w:tbl>
    <w:p w14:paraId="6DC87B02" w14:textId="77777777" w:rsidR="00D8540D" w:rsidRDefault="009A476C">
      <w:pPr>
        <w:spacing w:before="100" w:after="40"/>
        <w:rPr>
          <w:lang w:eastAsia="ja-JP"/>
        </w:rPr>
      </w:pPr>
      <w:r>
        <w:rPr>
          <w:b/>
          <w:sz w:val="23"/>
          <w:lang w:eastAsia="ja-JP"/>
        </w:rPr>
        <w:t>記載上の注意</w:t>
      </w:r>
    </w:p>
    <w:p w14:paraId="3F23DAA9" w14:textId="77777777" w:rsidR="00D8540D" w:rsidRDefault="009A476C">
      <w:pPr>
        <w:spacing w:after="20"/>
        <w:ind w:left="198" w:hanging="198"/>
        <w:rPr>
          <w:lang w:eastAsia="ja-JP"/>
        </w:rPr>
      </w:pPr>
      <w:r>
        <w:rPr>
          <w:lang w:eastAsia="ja-JP"/>
        </w:rPr>
        <w:t>・記載内容は事実に基づいて、できるだけ具体的に記載してください。</w:t>
      </w:r>
    </w:p>
    <w:p w14:paraId="54894928" w14:textId="15ABD13C" w:rsidR="00D8540D" w:rsidRDefault="009A476C">
      <w:pPr>
        <w:spacing w:after="20"/>
        <w:ind w:left="198" w:hanging="198"/>
        <w:rPr>
          <w:lang w:eastAsia="ja-JP"/>
        </w:rPr>
      </w:pPr>
      <w:r>
        <w:rPr>
          <w:lang w:eastAsia="ja-JP"/>
        </w:rPr>
        <w:t>・職</w:t>
      </w:r>
      <w:r w:rsidR="00CA0704" w:rsidRPr="004B34CF">
        <w:rPr>
          <w:rFonts w:hint="eastAsia"/>
          <w:lang w:eastAsia="ja-JP"/>
        </w:rPr>
        <w:t>歴</w:t>
      </w:r>
      <w:r>
        <w:rPr>
          <w:lang w:eastAsia="ja-JP"/>
        </w:rPr>
        <w:t>がある場合は、担当業務だけでなく、実績・成果・身につけたスキル等も可能な範囲で記載してください。</w:t>
      </w:r>
    </w:p>
    <w:p w14:paraId="31C8671D" w14:textId="77777777" w:rsidR="00D8540D" w:rsidRDefault="009A476C">
      <w:pPr>
        <w:spacing w:after="20"/>
        <w:ind w:left="198" w:hanging="198"/>
        <w:rPr>
          <w:lang w:eastAsia="ja-JP"/>
        </w:rPr>
      </w:pPr>
      <w:r>
        <w:rPr>
          <w:lang w:eastAsia="ja-JP"/>
        </w:rPr>
        <w:t>・職歴が複数ある場合は、必要に応じてページを追加してください。</w:t>
      </w:r>
    </w:p>
    <w:p w14:paraId="78423439" w14:textId="744CD341" w:rsidR="00065150" w:rsidRPr="004B34CF" w:rsidRDefault="00065150">
      <w:pPr>
        <w:spacing w:after="20"/>
        <w:ind w:left="198" w:hanging="198"/>
        <w:rPr>
          <w:lang w:eastAsia="ja-JP"/>
        </w:rPr>
      </w:pPr>
      <w:bookmarkStart w:id="0" w:name="_GoBack"/>
      <w:r w:rsidRPr="004B34CF">
        <w:rPr>
          <w:rFonts w:hint="eastAsia"/>
          <w:lang w:eastAsia="ja-JP"/>
        </w:rPr>
        <w:t>・職歴について、</w:t>
      </w:r>
      <w:r w:rsidR="00D8092F" w:rsidRPr="004B34CF">
        <w:rPr>
          <w:rFonts w:hint="eastAsia"/>
          <w:lang w:eastAsia="ja-JP"/>
        </w:rPr>
        <w:t>採用試験合格者は</w:t>
      </w:r>
      <w:r w:rsidR="00CA0704" w:rsidRPr="004B34CF">
        <w:rPr>
          <w:rFonts w:hint="eastAsia"/>
          <w:lang w:eastAsia="ja-JP"/>
        </w:rPr>
        <w:t>、</w:t>
      </w:r>
      <w:r w:rsidR="00D8092F" w:rsidRPr="004B34CF">
        <w:rPr>
          <w:rFonts w:hint="eastAsia"/>
          <w:lang w:eastAsia="ja-JP"/>
        </w:rPr>
        <w:t>勤務先から勤務証明書を徴取していただきます。</w:t>
      </w:r>
    </w:p>
    <w:p w14:paraId="65991A7E" w14:textId="68B3F8BB" w:rsidR="00CA0704" w:rsidRPr="004B34CF" w:rsidRDefault="00CA0704">
      <w:pPr>
        <w:spacing w:after="20"/>
        <w:ind w:left="198" w:hanging="198"/>
        <w:rPr>
          <w:lang w:eastAsia="ja-JP"/>
        </w:rPr>
      </w:pPr>
      <w:r w:rsidRPr="004B34CF">
        <w:rPr>
          <w:rFonts w:hint="eastAsia"/>
          <w:lang w:eastAsia="ja-JP"/>
        </w:rPr>
        <w:t xml:space="preserve">　なお、職歴の内容に応じ、初任給</w:t>
      </w:r>
      <w:r w:rsidR="00557526" w:rsidRPr="004B34CF">
        <w:rPr>
          <w:rFonts w:hint="eastAsia"/>
          <w:lang w:eastAsia="ja-JP"/>
        </w:rPr>
        <w:t>の</w:t>
      </w:r>
      <w:r w:rsidRPr="004B34CF">
        <w:rPr>
          <w:rFonts w:hint="eastAsia"/>
          <w:lang w:eastAsia="ja-JP"/>
        </w:rPr>
        <w:t>加算</w:t>
      </w:r>
      <w:r w:rsidR="00557526" w:rsidRPr="004B34CF">
        <w:rPr>
          <w:rFonts w:hint="eastAsia"/>
          <w:lang w:eastAsia="ja-JP"/>
        </w:rPr>
        <w:t>調整を行います</w:t>
      </w:r>
      <w:r w:rsidRPr="004B34CF">
        <w:rPr>
          <w:rFonts w:hint="eastAsia"/>
          <w:lang w:eastAsia="ja-JP"/>
        </w:rPr>
        <w:t>。</w:t>
      </w:r>
    </w:p>
    <w:bookmarkEnd w:id="0"/>
    <w:p w14:paraId="57E5146E" w14:textId="6D947B58" w:rsidR="00CA0704" w:rsidRDefault="00CA0704">
      <w:pPr>
        <w:spacing w:after="20"/>
        <w:ind w:left="198" w:hanging="198"/>
        <w:rPr>
          <w:lang w:eastAsia="ja-JP"/>
        </w:rPr>
      </w:pPr>
      <w:r>
        <w:rPr>
          <w:rFonts w:hint="eastAsia"/>
          <w:lang w:eastAsia="ja-JP"/>
        </w:rPr>
        <w:t xml:space="preserve">　</w:t>
      </w:r>
    </w:p>
    <w:sectPr w:rsidR="00CA0704" w:rsidSect="00034616">
      <w:footerReference w:type="default" r:id="rId8"/>
      <w:pgSz w:w="11906" w:h="16838"/>
      <w:pgMar w:top="709" w:right="850" w:bottom="709" w:left="85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06C47" w14:textId="77777777" w:rsidR="009A476C" w:rsidRDefault="009A476C">
      <w:r>
        <w:separator/>
      </w:r>
    </w:p>
  </w:endnote>
  <w:endnote w:type="continuationSeparator" w:id="0">
    <w:p w14:paraId="5A61D574" w14:textId="77777777" w:rsidR="009A476C" w:rsidRDefault="009A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Yu Gothic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A296A" w14:textId="77777777" w:rsidR="00D8540D" w:rsidRDefault="009A476C">
    <w:pPr>
      <w:pStyle w:val="a7"/>
      <w:jc w:val="center"/>
    </w:pPr>
    <w:r>
      <w:t>－</w:t>
    </w:r>
    <w:r>
      <w:t xml:space="preserve"> </w:t>
    </w:r>
    <w:r>
      <w:fldChar w:fldCharType="begin"/>
    </w:r>
    <w:r>
      <w:instrText>PAGE</w:instrText>
    </w:r>
    <w:r>
      <w:fldChar w:fldCharType="separate"/>
    </w:r>
    <w:r w:rsidR="004B34CF">
      <w:rPr>
        <w:noProof/>
      </w:rPr>
      <w:t>1</w:t>
    </w:r>
    <w:r>
      <w:fldChar w:fldCharType="end"/>
    </w:r>
    <w:r>
      <w:t xml:space="preserve"> </w:t>
    </w:r>
    <w: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E6B4F" w14:textId="77777777" w:rsidR="009A476C" w:rsidRDefault="009A476C">
      <w:r>
        <w:separator/>
      </w:r>
    </w:p>
  </w:footnote>
  <w:footnote w:type="continuationSeparator" w:id="0">
    <w:p w14:paraId="788590DD" w14:textId="77777777" w:rsidR="009A476C" w:rsidRDefault="009A4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150"/>
    <w:rsid w:val="0015074B"/>
    <w:rsid w:val="00190182"/>
    <w:rsid w:val="0029639D"/>
    <w:rsid w:val="00326F90"/>
    <w:rsid w:val="004B34CF"/>
    <w:rsid w:val="005126DE"/>
    <w:rsid w:val="00557526"/>
    <w:rsid w:val="00746A24"/>
    <w:rsid w:val="009A476C"/>
    <w:rsid w:val="00AA1D8D"/>
    <w:rsid w:val="00B47730"/>
    <w:rsid w:val="00CA0704"/>
    <w:rsid w:val="00CB0664"/>
    <w:rsid w:val="00CB2FCC"/>
    <w:rsid w:val="00D231EC"/>
    <w:rsid w:val="00D8092F"/>
    <w:rsid w:val="00D854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51C0EB"/>
  <w14:defaultImageDpi w14:val="300"/>
  <w15:docId w15:val="{38E16C44-CD21-480B-AC37-ADB59B08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Yu Gothic" w:hAnsi="Yu Gothic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190182"/>
    <w:rPr>
      <w:rFonts w:asciiTheme="majorHAnsi" w:eastAsiaTheme="majorEastAsia" w:hAnsiTheme="majorHAnsi" w:cstheme="majorBidi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1901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4CB47F-5688-4B68-97CE-0FFC7EE2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総務ＰＣ３</cp:lastModifiedBy>
  <cp:revision>2</cp:revision>
  <cp:lastPrinted>2026-08-21T12:29:00Z</cp:lastPrinted>
  <dcterms:created xsi:type="dcterms:W3CDTF">2026-08-24T06:09:00Z</dcterms:created>
  <dcterms:modified xsi:type="dcterms:W3CDTF">2026-08-24T06:09:00Z</dcterms:modified>
  <cp:category/>
</cp:coreProperties>
</file>